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8421A"/>
          <w:sz w:val="40"/>
        </w:rPr>
        <w:t>Reference call questions for HR software</w:t>
      </w:r>
    </w:p>
    <w:p>
      <w:r>
        <w:rPr>
          <w:b w:val="0"/>
          <w:color w:val="555555"/>
          <w:sz w:val="22"/>
        </w:rPr>
        <w:t>Questions to ask a vendor's reference customer. 20 to 30 minutes. Ask for a customer of a similar size and industry.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Vendor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Reference (organization, role)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Date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Called by</w:t>
            </w:r>
          </w:p>
        </w:tc>
        <w:tc>
          <w:tcPr>
            <w:tcW w:type="dxa" w:w="6236"/>
          </w:tcPr>
          <w:p/>
        </w:tc>
      </w:tr>
    </w:tbl>
    <w:p/>
    <w:p>
      <w:pPr>
        <w:spacing w:before="240"/>
      </w:pPr>
      <w:r>
        <w:rPr>
          <w:b/>
          <w:color w:val="B8421A"/>
          <w:sz w:val="27"/>
        </w:rPr>
        <w:t>Their situation</w:t>
      </w:r>
    </w:p>
    <w:p>
      <w:pPr>
        <w:pStyle w:val="ListNumber"/>
      </w:pPr>
      <w:r>
        <w:rPr>
          <w:b w:val="0"/>
        </w:rPr>
        <w:t>How many employees use it, in which countries and languages?</w:t>
      </w:r>
    </w:p>
    <w:p>
      <w:pPr>
        <w:pStyle w:val="ListNumber"/>
      </w:pPr>
      <w:r>
        <w:rPr>
          <w:b w:val="0"/>
        </w:rPr>
        <w:t>What were you using before, and why did you change?</w:t>
      </w:r>
    </w:p>
    <w:p>
      <w:pPr>
        <w:pStyle w:val="ListNumber"/>
      </w:pPr>
      <w:r>
        <w:rPr>
          <w:b w:val="0"/>
        </w:rPr>
        <w:t>Who runs it day to day, and how much of their time does it take?</w:t>
      </w:r>
    </w:p>
    <w:p>
      <w:pPr>
        <w:spacing w:before="240"/>
      </w:pPr>
      <w:r>
        <w:rPr>
          <w:b/>
          <w:color w:val="B8421A"/>
          <w:sz w:val="27"/>
        </w:rPr>
        <w:t>Rollout</w:t>
      </w:r>
    </w:p>
    <w:p>
      <w:pPr>
        <w:pStyle w:val="ListNumber"/>
      </w:pPr>
      <w:r>
        <w:rPr>
          <w:b w:val="0"/>
        </w:rPr>
        <w:t>How long did it take from signing to the first results?</w:t>
      </w:r>
    </w:p>
    <w:p>
      <w:pPr>
        <w:pStyle w:val="ListNumber"/>
      </w:pPr>
      <w:r>
        <w:rPr>
          <w:b w:val="0"/>
        </w:rPr>
        <w:t>What was harder than expected?</w:t>
      </w:r>
    </w:p>
    <w:p>
      <w:pPr>
        <w:pStyle w:val="ListNumber"/>
      </w:pPr>
      <w:r>
        <w:rPr>
          <w:b w:val="0"/>
        </w:rPr>
        <w:t>How were employees loaded, and did it work first time?</w:t>
      </w:r>
    </w:p>
    <w:p>
      <w:pPr>
        <w:spacing w:before="240"/>
      </w:pPr>
      <w:r>
        <w:rPr>
          <w:b/>
          <w:color w:val="B8421A"/>
          <w:sz w:val="27"/>
        </w:rPr>
        <w:t>Results and action</w:t>
      </w:r>
    </w:p>
    <w:p>
      <w:pPr>
        <w:pStyle w:val="ListNumber"/>
      </w:pPr>
      <w:r>
        <w:rPr>
          <w:b w:val="0"/>
        </w:rPr>
        <w:t>What response rate did you get?</w:t>
      </w:r>
    </w:p>
    <w:p>
      <w:pPr>
        <w:pStyle w:val="ListNumber"/>
      </w:pPr>
      <w:r>
        <w:rPr>
          <w:b w:val="0"/>
        </w:rPr>
        <w:t>What did managers do with the results in the first month?</w:t>
      </w:r>
    </w:p>
    <w:p>
      <w:pPr>
        <w:pStyle w:val="ListNumber"/>
      </w:pPr>
      <w:r>
        <w:rPr>
          <w:b w:val="0"/>
        </w:rPr>
        <w:t>Can you give one example of something that changed because of it?</w:t>
      </w:r>
    </w:p>
    <w:p>
      <w:pPr>
        <w:spacing w:before="240"/>
      </w:pPr>
      <w:r>
        <w:rPr>
          <w:b/>
          <w:color w:val="B8421A"/>
          <w:sz w:val="27"/>
        </w:rPr>
        <w:t>Privacy and trust</w:t>
      </w:r>
    </w:p>
    <w:p>
      <w:pPr>
        <w:pStyle w:val="ListNumber"/>
      </w:pPr>
      <w:r>
        <w:rPr>
          <w:b w:val="0"/>
        </w:rPr>
        <w:t>Did employees raise concerns about anonymity? How were they handled?</w:t>
      </w:r>
    </w:p>
    <w:p>
      <w:pPr>
        <w:pStyle w:val="ListNumber"/>
      </w:pPr>
      <w:r>
        <w:rPr>
          <w:b w:val="0"/>
        </w:rPr>
        <w:t>Has anyone at your organization been able to see individual answers?</w:t>
      </w:r>
    </w:p>
    <w:p>
      <w:pPr>
        <w:spacing w:before="240"/>
      </w:pPr>
      <w:r>
        <w:rPr>
          <w:b/>
          <w:color w:val="B8421A"/>
          <w:sz w:val="27"/>
        </w:rPr>
        <w:t>The vendor</w:t>
      </w:r>
    </w:p>
    <w:p>
      <w:pPr>
        <w:pStyle w:val="ListNumber"/>
      </w:pPr>
      <w:r>
        <w:rPr>
          <w:b w:val="0"/>
        </w:rPr>
        <w:t>How quickly does support respond, and is it the same people each time?</w:t>
      </w:r>
    </w:p>
    <w:p>
      <w:pPr>
        <w:pStyle w:val="ListNumber"/>
      </w:pPr>
      <w:r>
        <w:rPr>
          <w:b w:val="0"/>
        </w:rPr>
        <w:t>Did the price change at renewal?</w:t>
      </w:r>
    </w:p>
    <w:p>
      <w:pPr>
        <w:pStyle w:val="ListNumber"/>
      </w:pPr>
      <w:r>
        <w:rPr>
          <w:b w:val="0"/>
        </w:rPr>
        <w:t>What would you ask for if you were signing again?</w:t>
      </w:r>
    </w:p>
    <w:p>
      <w:pPr>
        <w:pStyle w:val="ListNumber"/>
      </w:pPr>
      <w:r>
        <w:rPr>
          <w:b w:val="0"/>
        </w:rPr>
        <w:t>Would you choose it again? Why or why not?</w:t>
      </w:r>
    </w:p>
    <w:p>
      <w:pPr>
        <w:spacing w:before="240"/>
      </w:pPr>
      <w:r>
        <w:rPr>
          <w:b/>
          <w:color w:val="B8421A"/>
          <w:sz w:val="27"/>
        </w:rPr>
        <w:t>Notes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80"/>
      </w:pPr>
      <w:r>
        <w:rPr>
          <w:b w:val="0"/>
          <w:color w:val="666666"/>
          <w:sz w:val="18"/>
        </w:rPr>
        <w:t>More free templates and examples: thriveatworkreviews.com/free-downloads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66666"/>
        <w:sz w:val="16"/>
      </w:rPr>
      <w:t>Free template from thriveatworkreviews.com/free-downloads · Published by thrive at work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 call questions for HR software</dc:title>
  <dc:subject/>
  <dc:creator>thrive at work</dc:creator>
  <cp:keywords/>
  <dc:description>Free template from thriveatworkreviews.com/free-downloads · Published by thrive at work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